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6064: 过山车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信息素养大赛25年中学组复赛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过山车非常刺激，乐乐同学却因为晕车体质无法和同学们一起玩。为了打发等待的时间，他在纸上大致记录了过山车轨道的图形，并估算了 n 个关键点的高度。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如果一个点高于所有相邻的点，则称这个点为"峰"。乐乐觉得，坐过山车最刺激的时刻就是经过"峰"的时候。请写一个程序，计算过山车“峰"的个数。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第一行:一个正整数 n;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第二行: n 个正整数 a_1,a_2,a_3 ⋯ a_n,a_i表示第 i个点的高度。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一个整数，表示“峰"的个数。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7 6 6 3 9 1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6 个点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个点比相邻的第 2 个点高，第 5 个点比相邻的第4 个点、第 6 个点高，是"峰",其余点都不是“峰”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对于任意 1 ≤ i ≤ n,保证 1 ≤ a_i ≤ 1000000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