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6063: 游乐园门票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6063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信息素养大赛25年中学组复赛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学校组织全年级同学去游乐园春游。游乐园门票分为学生票和成人票，学生票 a 元张，成人票 b 元一张。共有 x 名同学参加春游，用于买票的经费为 y 元，请计算为 x 名同学买票后，剩下的钱最多能为多少位教师买票。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四个整数 a, b, x, y,分别代表学生票价格、成人票价格、同学人数、经费。保证经费足够购买 x 张学生票。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一个整数，剩下的钱最多能为多少位教师买票。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20  40  100  2201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买 100 张学生票花费 20 * 100=2000元,剩余 201 元最多购买 201/40=5 张成人票。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a,b,x ≤ 100,a * x ≤ y ≤ 100000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