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6059: 整数分类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信息素养大赛25年小学组复赛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和 t，将 1 到 n 之间的所有正整数分为两类: A 类数可以被 t 整除(也就是说是 t 的倍数)，而B类数不能。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请输出这两类数的和。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一行，两个正整数 n 和 t。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一行，两个正整数，分别表示 A 类数的和、B 类数的和，两者用空格间隔。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