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6058: 种树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学校组织植树活动，每个班级都需要种植固定数量的树苗。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已知共有若干个班级参与，请问总共需要准备多少棵树苗?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一行，两个正整数 m 和 n，分别表示每个班级分到的树苗数量和班级数量。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一行，一个正整数，表示需要准备的树苗数量。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