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6056: 删除 k 位数字，得到最小的数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信息素养大赛23年中学组复赛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输入一个数字串 N，长度不超过 250 位，去掉其中任意 k 个数字后剩下的数字按原左右次序将组成一个新的整数，要求组成新的整数最小。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输入两行正整数。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第一行输入一个高精度的正整数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第二行输入一个正整数 k，表示需要删除的数字个数。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输出一个整数，最后剩下的最小数。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175438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