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6055: 大数比较大小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6055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信息素养大赛23年中学组复赛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输入两个很大的十进制正实数（长度超过 20 位），输出代表数值较大的数。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说明：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1）两个数都大于 10000000000000000000；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2）实数包含有小数点的数，一个数里只可能有一个小数点，且不在数的最前或最后。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输入两行，每行一个数字。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数值较大的数。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如果两数相等，则输出“equation”。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如果输入的数不符合数字规则，则输出“error”。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11111111111111111111111111111111111111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2222222222222222222222222222222222222222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2222222222222222222222222222222222222222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