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6054: 过河问题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6054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信息素养大赛23年复赛中学组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个人要渡河，但只有一条小船，这条小船一次只能坐下最多两个人，并且只有一副船桨。每个人划船的速度不一样，如果两个人一起上船，由于重量变大，划船的速度基本上相当于是划船速度最慢的那个人速度。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假设给出每个人单独划船过河所花费的时间 T_i，请问所有人都过河的总时间最短的时间？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输入两行，第一行是一个整数，表示要过河的 n 个人。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第二行，是 n 个整数，按速度从快到慢排序好的每个人划船过河的时间。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输出一行，给出所有人过河所花费最短的时间。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