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6051: 定制架子问题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信息素养大赛23年小学组复赛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李莳花要做一个架子，把她喜欢的摆件叠放起来，她的每个摆件的位置顺序是固定的。这个架子的宽度是 W，每层排放的摆件不能超过这个宽度，每层架子的高度不能低于最高的摆件的高度。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假设，给出排列好的每个摆件的宽度 W_i ，和高度 H_i ，请计算需要最少多高的架子。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输入的第一行有 2 个数字，一个是摆件的个数 n，和架子的宽度 W。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以下摆件个数 n 行，每行的第一个数是摆件的宽度 W_i 和高度 H_i。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输出放置摆件架子的最低高度。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