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5945: 建造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5945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GESP四级25年12月二维数组枚举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2025年12月认证 C++4级真题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有一张 M 行 N 列的地形图，其中第 i 行第 j 列的数字 a_{ij} 代表坐标 (i,j ) 的海拔高度。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停机坪为一个 3 × 3 的区域且内部所有 9 个点的最大高度和最小高度之差不超过 H。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想请你计算出，在所有适合建造停机坪的区域中，区域内部 9 个点海拔之和最大是多少。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第一行三个正整数 M,N,H，含义如题面所示。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M 行，第 i 行包含 N 个整数 a_{i1},a_{i2},...,a_{iN} ，代表坐标 (i,j ) 的高度。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数据保证总存在一个适合建造停机坪的区域。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输出一行，代表最大的海拔之和。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5 5 5 5 5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5 1 5 1 5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5 5 5 5 5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5 2 5 2 5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3 5 5 5 2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M,N ≤ 10^3,1 ≤ H,a_{ij} ≤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