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5942: 手机电量显示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GESP一级25年12月循环分支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C++1级真题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小杨的手机就像一个聪明的小助手，当电量变化时，它会用不同的方式来提醒我们，假设当前的电量百分比为 P：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当电量非常低（不超过 10，即 P ≤ 10 ），它会显示一个大写字母 R ，就像在说：“快给我充电吧！（Red 警告色）”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当电量有点低（超过 10 但不超过 20，即 10 &lt; P ≤ 20 ），它会显示一个大写字母 L ，意思是“电量有点Low 啦！”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当电量比较充足（超过 20，即 P &gt; 20 ），它就会直接显示具体的数字，比如直接显示 50，表示还有 50 的电量。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T，代表数据组数。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对于每组数据，一行包含一个正整数 P，代表手机电量百分比。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对于每组数据，输出一行，代表当前手机显示的电量信息。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输入样例 1 共有五组数据：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第一组数据手机电量 P = 10，满足 P ≤q 10，电量非常低，显示 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第二组数据手机电量 P = 1，满足 P ≤q 10，电量非常低，显示 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第三组数据手机电量 P = 20，满足 10 &lt; P ≤q 20，电量有点低，显示 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第四组数据手机电量 P = 99，满足 P &gt; 20，电量比较充足，直接显示具体的数字 99。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第五组数据手机电量 P = 19，满足 10 &lt; P ≤q 20，电量有点低，显示 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T ≤q 20，1 ≤q P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