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5927: 统计分析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树状数组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N 个整数，对于读入的第 i 个整数 A_i，请输出这个数的左侧有多少个数的数值，不超过 A_i。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行输入一个正整数 N，表示要读入的整数的个数。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个整数，用空格隔开，第 i 个输出表示第 i 个整数的左侧有多少个数小于等于它。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N ≤ 10^5， 0 ≤ A_i ≤ 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