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5896: 矩阵移动(1)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给定一个大小为 N × M 的矩阵，你可以从矩阵的第 1 行的任意位置出发，按如下规则在矩阵中移动：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从任意的位置 i,j ，只能向其左下方 i+1,j-1 或者右下方 i+1,j+1 移动。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在从最后一行的任意位置离开矩阵前，不能走出矩阵。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请求出，按上述规则，从进入矩阵到离开矩阵，一共有多少条不同的路线？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N,M，代表矩阵大小。（2 ≤ N ≤ 100，2 ≤ M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输出一个整数，表示从进入矩阵到离开矩阵，一共有多少条不同的路线。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请注意：路线数值可能非常大，请输出路线总数  mod(10^5 + 3) 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