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5895: 选秀得分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2025年11月婺城区第三届青少年信息素养大赛初中组试题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小Z最近参加一个选秀比赛，有  N  个评委参加了这次评分， N  是奇数。评委编号为  1  到  N 。每位评委给小Z打的分数是一个整数，评委  i  ( 1 ≤q i ≤q N ) 的打分为  D_i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这次采用了一种创新的方法计算最后得分，计算规则是：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最初  N  位评委排成一排，检查队伍排头的3位评委的评分，去掉一个最高分和一个最低分，剩下的一个评委移动到队伍最后；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反复执行以上操作，直到队伍中的评委只剩一位。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那么这个评委的打分就是小Z的最后得分。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由于有的评委年纪比较大了，不记得自己的位置了，现在有  M  ( 1 ≤q M ≤q N - 2 ) 个评委很快找到了自己的位置，剩下的  N - M  人找不到位置了，需要给他们重新安排位置。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由于小Z希望自己的得分尽可能高，请你帮忙计算出小Z最后得分可能的最大值。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第一行为整数  N  和  M ，用空格分隔。表示有  N  位评委，其中  M  人的初始排列位置已经确定。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M  行中第  i  ( 1 ≤q i ≤q M ) 行为两个整数  D_i  和  P_i ，用空格分隔。表示第  i  位评委的评分为  D_i ，初始排列位置为队伍排头开始的第  P_i  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N - M  行整数，表示  N - M  个不清楚位置的评委的评分。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输出一行，为一个整数，表示小Z得分的最大值。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最高得分的评分排列： 2, 5, 6, 8, 5, 8, 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10% 的数据：所有  D_i  都相等。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40% 的数据： 3 ≤q N ≤q 5000 ,  D_i ≤q 5000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100% 的数据：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≤q N ≤q 99999,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≤q M ≤q N - 2,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D_i ≤q 10^9  (1 ≤q i ≤q N),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P_i ≤q N  (1 ≤q i ≤q M),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P_i ≠ P_j  (1 ≤q i &lt; j ≤q M).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