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5891: 跳格子3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有一排长度为 N 的格子，编号为 1 ∼ N，你从 1 号格子的左侧开始（可以视为是 0 号格子），每次只能向右跳 1 格或者跳 2 格，请问你跳到 N 号格子的右侧（可以视为 N+1 号格子），一同有多少种不同的跳法。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比如：N=4，共有 8 种不同的跳法，其中的 0 视为起点，5 视为终点。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0-&gt;1-&gt;2-&gt;3-&gt;4-&gt;5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0-&gt;1-&gt;2-&gt;3-&gt;5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0-&gt;1-&gt;2-&gt;4-&gt;5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0-&gt;1-&gt;3-&gt;4-&gt;5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0-&gt;1-&gt;3-&gt;5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0-&gt;2-&gt;3-&gt;4-&gt;5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0-&gt;2-&gt;3-&gt;5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0-&gt;2-&gt;4-&gt;5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N，表示格子的长度。（1 ≤ 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输出一个整数，代表跳到 N 号格子的右侧，一同有多少种不同的跳法。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请注意：跳法可能非常多，请输出跳法 mod (10^9 + 7)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