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5888: 小Z的学习2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2025年11月婺城区第三届青少年信息素养大赛小学组试题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小Z热衷学习，当他在生活或者书本中遇到问题时，总会问个不停。这像不像小时候的你？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一天，小Z看到爸爸在工作，他指着电脑说，为什么有这么多的 0 和 1。 他爸爸解释说，这是 IP 地址，一个正确的 IP 地址长度固定为 32 个 0 或者 1 的序列构成。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但是日常情况下，这种 01 序列并不好记忆，所以通常，我们会将这个 32 位的序列，切割成四个长度为 8 的二进制数字，然后每一段都会转成十进制数。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比如有一个 IP 地址：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01100100000001000000010100000110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先分隔成四个：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01100100.00000100.00000101.00000110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第一段： 01100100 转为十进制为：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第二段： 00000100 转为十进制为：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第三段： 00000101 转为十进制为：5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第四段： 00000110 转为十进制为：6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 IP 地址在十进制下即为：100.4.5.6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 n 个 32 位的 01 序列需要转换。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第一行输入整数 n， 第 2 行到第 n+1 行，每行一个给定长度为 32 的 01 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行，转成十进制下的 IP 地址。四个数字用 . 连接。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01100100000001000000010100000110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100.4.5.6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如题目描述中所示。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≤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长度为 32 的 01 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