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5886: 小Z的数学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5886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2025年11月婺城区第三届青少年信息素养大赛小学组试题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小Z热衷于数学，对于课本外的数学知识特别有兴趣。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那天，他看到某个编程的题目中，出现了 ! 号，他非常好奇地问他爸爸，这个符号是什么意思？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原来， ! 是数学里的阶乘符号，具体含义如下：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n!=1 × 2 × 3 ⋯ (n-1) × 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当然，这个当 n 变大的时候， n! 也将变得很大。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所以，小Z想请你计算一下 n! 除以 m 的余数是多少。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一行，两个整数 n,m。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一行，表示 n! 除以 m 的余数。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4 100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4!=24。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24 除以 100 的余数是 24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60 % 的数据，1 ≤ n ≤ 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100 % 的数据，1 ≤ n ≤ 100000，1 ≤ m ≤ 100000。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