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5874: 员工招聘（employ）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5874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CSP-S 2025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CSP-J/S 2025 第二轮认证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Z 和小 H 想要合伙开一家公司，共有 n 人前来应聘，编号为 1 ∼ n。小 Z 和小 H 希望录用至少 m 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H 是面试官，将在接下来 n 天每天面试一个人。小 Z 负责决定应聘人前来面试的顺序。具体地，小 Z 可以选择一个 1 ∼ n 的排列 p，然后在第 i (1 ≤q i ≤q n) 天通知编号为 p_i 的人前来面试。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H 准备了 n 套难度不一的面试题。由于 n 个前来应聘的人水平大致相同，因此对于同一套题，所有人的作答结果是一致的。具体地，第 i (1 ≤q i ≤q n) 天的面试题的难度为 s_i ∈ {0,1}，其中 s_i = 0 表示这套题的难度较高，没有人能够做出；s_i = 1 表示这套题的难度较低，所有人都能做出。小 H 会根据面试者的作答结果决定是否录用，即如果面试者没有做出面试题，则会拒绝，否则会录用。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然而，每个人的耐心都有一定的上限，如果在他面试之前未录用的人数过多，则他会直接放弃参加面试。具体地，编号为 i (1 ≤q i ≤q n) 的人的耐心上限可以用非负整数 c_i 描述，若在他之前已经有不少于 c_i 人被拒绝或放弃参加面试，则他也将放弃参加面试。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Z 想知道一共有多少种面试的顺序 p 能够让他们录用至少 m 人。你需要帮助小 Z 求出，能够录用至少 m 人的排列 p 的数量。由于答案可能较大，你只需要求出答案对 998244353 取模后的结果。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输入的第一行包含两个正整数 n, m，分别表示前来应聘的人数和希望录用的人数。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输入的第二行包含一个长度为 n 的字符串 s_1 ⋯ s_n，表示每一天的面试题的难度。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输入的第三行包含 n 个非负整数 c_1, c_2, ⋯, c_n，表示每个人的耐心上限。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输出一行一个非负整数，表示能够录用至少 m 人的排列 p 的数量对 998244353 取模后的结果。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1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共有以下 2 种面试的顺序 p 能够让小 Z 和小 H 录用至少 2 人: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1. p = [1,2,3], 依次录用编号为 1 的人和编号为 3 的人;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2. p = [2,1,3], 依次录用编号为 2 的人和编号为 3 的人。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3】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见选手目录下的 employ/employ3.in 与 employ/employ3.ans。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该样例满足测试点 6 ∼ 8 的约束条件。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4】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见选手目录下的 employ/employ4.in 与 employ/employ4.ans。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该样例满足测试点 12 ∼ 14 的约束条件。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5】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见选手目录下的 employ/employ5.in 与 employ/employ5.ans。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该样例满足测试点 18 ∼ 21 的约束条件。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对于所有测试数据，保证: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≤q m ≤q n ≤q 500;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 1 ≤q i ≤q n，均有 s_i ∈ {0,1};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 1 ≤q i ≤q n，均有 0 ≤q c_i ≤q 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测试点编号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n ≤q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m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特殊性质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1,2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10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≤q n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无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3 ∼ 5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18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6 ∼ 8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10^2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A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9 ∼ 11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无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12 ∼ 14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500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=1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15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=n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16,17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≤q n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A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18 ∼ 21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B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22 ∼ 25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无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特殊性质 A: 对于所有 1 ≤q i ≤q n，均有 s_i =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特殊性质 B: 在 s_1, s_2, ⋯, s_n 中最多只有 18 个取值为 1，即 ∑_{i=1}^{n} s_i ≤q 18。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附件下载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5328"/>
      </w:pPr>
      <w:r>
        <w:rPr>
          <w:rFonts w:ascii="Consolas" w:hAnsi="Consolas"/>
          <w:sz w:val="18"/>
        </w:rPr>
        <w:t xml:space="preserve">                                employ.zip                            </w:t>
      </w:r>
    </w:p>
    <w:p>
      <w:pPr>
        <w:spacing w:before="40" w:after="40"/>
        <w:ind w:left="4752"/>
      </w:pPr>
      <w:r>
        <w:rPr>
          <w:rFonts w:ascii="Consolas" w:hAnsi="Consolas"/>
          <w:sz w:val="18"/>
        </w:rPr>
        <w:t xml:space="preserve">                            (2.85 KB)</w:t>
      </w:r>
    </w:p>
    <w:p>
      <w:pPr>
        <w:spacing w:before="40" w:after="40"/>
        <w:ind w:left="4176"/>
      </w:pPr>
      <w:r>
        <w:rPr>
          <w:rFonts w:ascii="Consolas" w:hAnsi="Consolas"/>
          <w:sz w:val="18"/>
        </w:rPr>
        <w:t xml:space="preserve">                      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