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5873: 谐音替换（replace）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CSP-S 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CSP-J/S 2025 第二轮认证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W 是一名喜欢语言学的算法竞赛选手。在语言学中，谐音替换是指将原有的字词替换为读音相同或相近的字词。小 W 发现，谐音替换的过程可以用字符串来进行描述。具体地，小 W 将谐音替换定义为以下字符串问题：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个字符串二元组，第 i (1 ≤q i ≤q n) 个字符串二元组为 (s_{i,1}, s_{i,2})，满足 |s_{i,1}| = |s_{i,2}|，其中 |s| 表示字符串 s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对于字符串 s，定义 s 的替换如下：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s 的某个子串 y，若存在 1 ≤q i ≤q n 满足 y = s_{i,1}，则将 y 替换为 y' = s_{i,2}。具体地，设 s = x + y + z，其中 x 和 z 可以为空，“+” 表示字符串拼接，则 s 的替换将得到字符串 s' = x + y' + z。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W 提出了 q 个问题，第 j (1 ≤q j ≤q q) 个问题会给定两个不同的字符串 t_{j,1}, t_{j,2}，她想知道有多少种字符串 t_{j,1} 的替换能够得到字符串 t_{j,2}。两种 s 的替换不同当且仅当子串 y 的位置不同或用于替换的二元组 (s_{i,1}, s_{i,2}) 不同，即 x, z 不同或 i 不同。你需要回答小 W 提出的所有问题。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输入的第一行包含两个正整数 n, q，分别表示字符串二元组的数量和小 W 提出的问题的数量。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 i+1 (1 ≤q i ≤q n) 行包含两个字符串 s_{i,1}, s_{i,2}，表示第 i 个字符串二元组。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 j+n+1 (1 ≤q j ≤q q) 行包含两个字符串 t_{j,1}, t_{j,2}，表示小 W 提出的第 j 个问题。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q 行，其中第 j (1 ≤q j ≤q q) 行包含一个非负整数，表示替换后得到字符串 t_{j,2} 的字符串 t_{j,1} 的替换的数量。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对于小 W 的第一个询问，共有 2 种 t_{1,1} 的替换能够得到 t_{1,2}: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令 x, z 均为空串，y = xabcx, i = 1，则 y' = xadex，替换后得到 xadex；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令 x = xa, y = bc, z = x, i = 3，则 y' = de，替换后得到 xadex。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replace/replace3.in 与 replace/replace3.ans。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11, 12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replace/replace4.in 与 replace/replace4.ans。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15, 16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 L_1 = ∑_{i=1}^{n} |s_{i,1}| + |s_{i,2}|, L_2 = ∑_{j=1}^{q} |t_{j,1}| + |t_{j,2}|。对于所有测试数据，保证: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n, q ≤q 2 × 10^5;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≤q L_1, L_2 ≤q 5 × 10^6;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 1 ≤q i ≤q n, s_{i,1}, s_{i,2} 均仅包含小写英文字母，且 |s_{i,1}| = |s_{i,2}|;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 1 ≤q j ≤q q, t_{j,1}, t_{j,2} 均仅包含小写英文字母，且 t_{j,1} ≠ t_{j,2}。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测试点编号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n, q ≤q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L_1, L_2 ≤q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特殊性质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1, 2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10^2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200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无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3 ∼ 5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10^3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2000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6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10^6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AB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7, 8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10^4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9, 10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 × 10^5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B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11, 12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 × 10^6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无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13, 14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5 × 10^6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15, 16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B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17 ∼ 20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无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A：q =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B：定义字符串 s 为特别的，当且仅当字符串 s 仅包含字符 a 和 b，且字符 b 在 s 中出现恰好一次。对于所有 1 ≤q i ≤q n, s_{i,1}, s_{i,2} 均为特别的，且对于所有 1 ≤q j ≤q q, t_{j,1}, t_{j,2} 均为特别的。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replace.zip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(1.02 MB)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