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5869: 多边形（polygon）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5869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CSP-J 2025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72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CSP-J/S 2025 第二轮认证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 R 喜欢玩小木棍。小 R 有 n 根小木棍，第 i (1 ≤ i ≤ n) 根小木棍的长度为 a_i。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 X 希望小 R 从这 n 根小木棍中选出若干根小木棍，将它们按任意顺序首尾相连拼成一个多边形。小 R 并不知道小木棍能拼成多边形的条件，于是小 X 直接将条件告诉了他：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对于长度分别为 l_1, l_2, ⋯ , l_m 的 m 根小木棍，这 m 根小木棍能拼成一个多边形当且仅当 m ≥ 3 且所有小木棍的长度之和大于所有小木棍的长度最大值的两倍，即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∑_{i=1}^{m} l_i &gt; 2 × max_{i=1}^{m} l_i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由于小 R 知道了小木棍能拼成多边形的条件，小 X 提出了一个更难的问题：有多少种选择小木棍的方案，使得选出的小木棍能够拼成一个多边形？你需要帮助小 R 求出选出的小木棍能够拼成一个多边形的方案数。两种方案不同当且仅当选择的小木棍的下标集合不同，即存在 1 ≤ i ≤ n，使得其中一种方案选择了第 i 根小木棍，但另一种方案未选择。由于答案可能较大，你只需要求出答案对 998, 244, 353 取模后的结果。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输入的第一行包含一个正整数 n，表示小 R 的小木棍的数量。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输入的第二行包含 n 个正整数 a_1, a_2, ⋯ , a_n，表示小 R 的小木棍的长度。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输出一行一个非负整数，表示小 R 选出的小木棍能够拼成一个多边形的方案数对 998, 244, 353 取模后的结果。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 1 解释】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共有以下 9 种选择小木棍的方案，使得选出的小木棍能够拼成一个多边形：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1. 选择第 2, 3, 4 根小木棍，长度之和为 2 + 3 + 4 = 9，长度最大值为 4；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2. 选择第 2, 4, 5 根小木棍，长度之和为 2 + 4 + 5 = 11，长度最大值为 5；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3. 选择第 3, 4, 5 根小木棍，长度之和为 3 + 4 + 5 = 12，长度最大值为 5；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4. 选择第 1, 2, 3, 4 根小木棍，长度之和为 1 + 2 + 3 + 4 = 10，长度最大值为 4；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5. 选择第 1, 2, 3, 5 根小木棍，长度之和为 1 + 2 + 3 + 5 = 11，长度最大值为 5；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6. 选择第 1, 2, 4, 5 根小木棍，长度之和为 1 + 2 + 4 + 5 = 12，长度最大值为 5；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7. 选择第 1, 3, 4, 5 根小木棍，长度之和为 1 + 3 + 4 + 5 = 13，长度最大值为 5；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8. 选择第 2, 3, 4, 5 根小木棍，长度之和为 2 + 3 + 4 + 5 = 14，长度最大值为 5；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9. 选择第 1, 2, 3, 4, 5 根小木棍，长度之和为 1 + 2 + 3 + 4 + 5 = 15，长度最大值为 5。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 2 解释】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共有以下 6 种选择小木棍的方案，使得选出的小木棍能够拼成一个多边形：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1. 选择第 1, 2, 3 根小木棍，长度之和为 2 + 2 + 3 = 7，长度最大值为 3；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2. 选择第 3, 4, 5 根小木棍，长度之和为 3 + 8 + 10 = 21，长度最大值为 10；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3. 选择第 1, 2, 4, 5 根小木棍，长度之和为 2 + 2 + 8 + 10 = 22，长度最大值为 10；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4. 选择第 1, 3, 4, 5 根小木棍，长度之和为 2 + 3 + 8 + 10 = 23，长度最大值为 10；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5. 选择第 2, 3, 4, 5 根小木棍，长度之和为 2 + 3 + 8 + 10 = 23，长度最大值为 10；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6. 选择第 1, 2, 3, 4, 5 根小木棍，长度之和为 2 + 2 + 3 + 8 + 10 = 25，长度最大值为 10。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 3】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见选手目录下的 polygon/polygon3.in 与 polygon/polygon3.ans。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该样例满足测试点 7 ∼ 10 的约束条件。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 4】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见选手目录下的 polygon/polygon4.in 与 polygon/polygon4.ans。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该样例满足测试点 11 ∼ 14 的约束条件。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【子任务】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对于所有测试数据，保证：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≤ n ≤ 5, 000；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对于所有 1 ≤ i ≤ n，均有 1 ≤ a_i ≤ 5, 000。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测试点编号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n ≤q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max_{i=1}^{n} a_i ≤q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∼ 3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3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10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4 ∼ 6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10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10^2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7 ∼ 10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20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11 ∼ 14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500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15 ∼ 17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1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18 ∼ 20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5000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21 ∼ 25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5000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附件下载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5328"/>
      </w:pPr>
      <w:r>
        <w:rPr>
          <w:rFonts w:ascii="Consolas" w:hAnsi="Consolas"/>
          <w:sz w:val="18"/>
        </w:rPr>
        <w:t xml:space="preserve">                                polygon.zip                            </w:t>
      </w:r>
    </w:p>
    <w:p>
      <w:pPr>
        <w:spacing w:before="40" w:after="40"/>
        <w:ind w:left="4752"/>
      </w:pPr>
      <w:r>
        <w:rPr>
          <w:rFonts w:ascii="Consolas" w:hAnsi="Consolas"/>
          <w:sz w:val="18"/>
        </w:rPr>
        <w:t xml:space="preserve">                            (1.80 KB)</w:t>
      </w:r>
    </w:p>
    <w:p>
      <w:pPr>
        <w:spacing w:before="40" w:after="40"/>
        <w:ind w:left="4176"/>
      </w:pPr>
      <w:r>
        <w:rPr>
          <w:rFonts w:ascii="Consolas" w:hAnsi="Consolas"/>
          <w:sz w:val="18"/>
        </w:rPr>
        <w:t xml:space="preserve">                      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