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5868: 异或和（xor）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CSP-J/S 2025 第二轮认证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有一个长度为 n 的非负整数序列 a_1, a_2, ⋯ , a_n。定义一个区间 [l, r] (1 ≤ l  ≤ r ≤ n) 的权值为 a_l, a_{l+1}, ⋯ , a_r  的二进制按位异或和，即 a_l ⊕ a_{l+1} ⊕ ⋯ ⊕ a_r，其中 ⊕ 表示二进制按位异或。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给了小 R 一个非负整数 k。小 X 希望小 R 选择序列中尽可能多的不相交的区间，使得每个区间的权值均为 k。两个区间 [l_1, r_1], [l_2, r_2] 相交当且仅当两个区间同时包含至少一个相同的下标，即存在 1 ≤ i ≤ n 使得 l_1 ≤ i ≤ r_1 且 l_2 ≤ i ≤ r_2。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例如，对于序列 [2, 1, 0, 3]，若 k = 2，则小 R 可以选择区间 [1, 1] 和区间 [2, 4]，权值分别为 2 和 1 ⊕ 0 ⊕ 3 = 2；若 k = 3，则小 R 可以选择区间 [1, 2] 和区间 [4, 4]，权值分别为 1 ⊕ 2 = 3 和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你需要帮助小 R 求出他能选出的区间数量的最大值。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输入的第一行包含两个非负整数 n, k，分别表示小 R 的序列长度和小 X 给小 R 的非负整数。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 n 个非负整数 a_1, a_2, ⋯ , a_n，表示小 R 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输出一行一个非负整数，表示小 R 能选出的区间数量的最大值。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可以选择区间 [1, 1] 和区间 [2, 4]，异或和分别为 2 和 1 ⊕ 0 ⊕ 3 = 2。可以证明，小 R 能选出的区间数量的最大值为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可以选择区间 [1, 2] 和区间 [4, 4]，异或和分别为 1 ⊕ 2 = 3 和 3。可以证明，小R 能选出的区间数量的最大值为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可以选择区间 [3, 3]，异或和为 0。可以证明，小 R 能选出的区间数量的最大值为 1。注意：小 R 不能同时选择区间 [3, 3] 和区间 [1, 4]，因为这两个区间同时包含下标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xor/xor4.in 与 xor/xor4.ans。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4,5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5】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xor/xor5.in 与 xor/xor5.ans。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9,10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6】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xor/xor6.in 与 xor/xor6.ans。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14,15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5 × 10^5，0 ≤ k &lt; 2^{20}；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 i ≤ n，均有 0 ≤ a_i &lt; 2^{20}。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 ≤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≤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10^2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=0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4,5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≤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∼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≤ 255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9,10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10^3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11,12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&lt;2^{20}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×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≤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14,15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≤ 255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&lt;2^{20}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×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≤ 255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∼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&lt; 2^{20}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A：对于所有 1 ≤ i ≤ n，均有 a_i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B：对于所有 1 ≤ i ≤ n，均有 0 ≤ a_i ≤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C：对于所有 1 ≤ i ≤ n，均有 0 ≤ a_i ≤ 255。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xor.zip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(240.24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