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5417: 分解因数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5417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基础语法递归一本通编程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一本通编程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给出一个正整数 a ，要求分解成若干个正整数的乘积，即a=a_1×a_2×a_3×...×a_n，并且 1 &lt; a_1 ≤ a_2 ≤ a_3 ≤  ⋯ ≤ a_n，问这样的分解的种数有多少。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注意 a=a 也是一种分解。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行是测试数据的组数 n，后面跟着 n 行输入。每组测试数据占 1 行，包括一个正整数 a。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n 行，每行输出对应一个输入。输出应是一个正整数，指明满足要求的分解的种数。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&lt; a &lt; 32768。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