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5390: 排兵布阵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GESP四级枚举25年9月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C++4级真题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作为将军，你自然需要合理地排兵布阵。地图可以视为 n 行 m 列的网格，适合排兵的网格以 1 标注，不适合排兵的网格以 0 标注。现在你需要在地图上选择一个矩形区域排兵，这个矩形区域内不能包含不适合排兵的网格。请问可选择的矩形区域最多能包含多少网格？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第一行，两个正整数 n,m，分别表示地图网格的行数与列数。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 m 个整数 a_{i,1}，a_{i,2}，...，a_{i,m}，表示各行中的网格是否适合排兵。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一行，一个整数，表示适合排兵的矩形区域包含的最大网格数。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n,m ≤ 12，0 ≤ a_{i,j} ≤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