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5388: 最小生成树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GESP八级25年9月最小生成树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C++8级真题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给定一张包含  n  个结点、 m  条边的带权连通无向图。结点依次以  1, 2, ⋯, n  编号。第  i  条边（ 1 ≤ i ≤ m ）连接结点  u_i  与结点  v_i ，边权为  w_i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对于每条边，请你求出从图中移除该条边后，图的最小生成树中所有边的边权和。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特别地，若移除某条边后图的最小生成树不存在，则输出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第一行：两个正整数  n 、 m ，分别表示图的结点数与边数。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m  行，第  i  行（ 1 ≤ i ≤ m ）包含三个正整数  u_i, v_i, w_i ，表示图中连接结点  u_i  与结点  v_i  的边，边权为  w_i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 m  行，第  i  行（ 1 ≤ i ≤ m ）包含一个整数，表示移除第  i  条边后，图的最小生成树中所有边的边权和。若移除第  i  条边后图的最小生成树不存在，则输出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子任务编号测试点占比 n  m 特殊性质120% ≤q 50  ≤q 100 -230% ≤q 10^5  ≤q 10^5  n = m 330% ≤q 500  ≤q 2 × 10^4 -420% ≤q 10^5  ≤q 10^5 -对于所有测试点，保证：1 ≤q n ≤q 10^5,  1 ≤q m ≤q 10^5,  1 ≤q u_i, v_i ≤q n,  1 ≤q w_i 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