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5384: 菱形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5384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GESP二级嵌套循环25年9月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2025年09月认证 C++2级真题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想绘制一个菱形。具体来说，需要绘制的菱形是一个 n 行 n 列的字符画， n 是一个大于 1 的奇数。菱形的四个顶点依次位于第 1 行、第 1 列、第 n 行、第 n 列的正中间，使用 # 绘制。相邻顶点之间也用 # 连接。其余位置都是 . 。例如，一个 5 行 5 列的菱形字符画是这样的：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..#..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.#.#.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#...#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.#.#.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..#..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n，请你帮小 A 绘制对应的菱形。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n 行，表示对应的菱形。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3 ≤ n ≤ 29 并且 n 为奇数。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