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5381: 划分字符串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C++6级真题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有一个由 n 个小写字母组成的字符串 s。他希望将 s 划分为若干个子串，使得子串中每个字母至多出现一次。例如，对于字符串 street 来说，str + e + e + t 是满足条件的划分；而 s + tree + t 不是，因为子串 tree 中 e 出现了两次。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额外地，小 A 还给出了价值 a_1,a_2,…,a_n，表示划分后长度为 i 的子串价值为 a_i。小 A 希望最大化划分后得到的子串价值之和。你能帮他求出划分后子串价值之和的最大值吗？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第一行：一个正整数 n，表示字符串的长度。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第二行：一个包含 n 个小写字母的字符串 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第三行：n 个正整数 a_1, a_2, ⋯, a_n，表示不同长度的子串价值。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一行，一个整数，表示划分后子串价值之和的最大值。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 1 ≤ n ≤ 10^3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10^5 , 1 ≤ a_i ≤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