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5378: 数字选取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GESP五级素数筛25年9月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C++5级真题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给定正整数 n，现在有 1，2，……，n 共计 n 个整数。你需要从这 n 个整数中选取些整数，使得所选取的整数中任意两个不同的整数均互质（也就是说，这两个整数的最公因数为 1 ）。请你最大化所选取整数的数量。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例如，当 n=9 时，可以选择 1,5,7,8,9 共计 5 个整数。可以验证不存在数量更多的选取整数的案。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 n ，表示给定的正整数。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一行，一个正整数，表示所选取整数的最大数量。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 的测试点，保证 1 ≤ n ≤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