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5376: 商店折扣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GESP一级分支25年9月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C++1级真题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商店正在开展促销活动，给出了两种方案的折扣优惠。第一种方案是购物满 x 元减 y 元；第二种方案是直接打 n 折，也就是说价格变为原先的 n/10 。这里的 x,y,n 均是正整数，并且 1 ≤ y ≤ x，1 ≤ n ≤ 10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需要注意的是，第一种方案中满减优惠只能使用一次。例如购物满 10 元减 3 元时，若挑选了价格总和为 33 元的物品，只能减免 3 元，需要支付 30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小明在商店挑选了价格总和为 p 元的物品，结账时只能使用一种优惠方案。小明最少需要支付多少钱呢？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四行，四个正整数 x，y，n，p，含义见题目描述。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一行，一个小数，表示小明最少需要支付多少钱，保留两位小数。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y ≤ x ≤ 100，1 ≤ n ≤ 10 ，1 ≤ p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