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4997: 遍历计数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GESP八级25年6月树形DP组合数学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GESP25年6月八级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给定一棵有 n 个结点的树 T ，结点依次以 1,2,..,n 标号。树 T 的深度优先遍历序可由以下过程得到：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选定深度优先遍历的起点 s（1  ≤ s  ≤ n ），当前所在结点即是起点。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若当前结点存在未被遍历的相邻结点 u 则遍历 u，也即令当前所在结点为 u 并重复这一步；否则回溯。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按照遍历结点的顺序依次写下结点编号，即可得到一组深度优先遍历序。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第一步中起点的选择是任意的，并且第二步中遍历相邻结点的顺序是任意的，因此对于同一棵树 T 可能有多组不同的深度优先遍历序。请你求出树 T 有多少组不同的深度优先遍历序。由于答案可能很大，你只需要求出答案对 10^9取模之后的结果。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n，表示树 T 的结点数。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行，每行两个正整数 u_i，v_i，表示树 u_i，v_i 中的一条连接结点 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输出一行，一个整数，表示树 T 的不同的深度优先遍历序数量对 10^9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1  ≤ n  ≤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的测试点，保证给定的树是一条链。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 ≤ n 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