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4996: 树上旅行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GESP八级25年6月倍增LCA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GESP25年6月八级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给定一棵有 n 个结点的有根树，结点依次以 1,2,...,n 编号，其中根结点的编号为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计划在这棵有根树上进行 q 次旅行。在第 i 次旅行中，小 A 首先会选定结点 S_i 作为起点，并移动若干次。移动分为以下两种：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移动至当前结点的父结点。特殊地，如果当前位于根结点，则不进行移动。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移动至当前结点的所有子结点中编号最小的结点。特殊地，如果当前位于叶子结点，则不进行移动。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由于移动次数可能很大，对于第 i 次旅行，旅行中的移动将以 k_i 个不为零的整数构成的序列 a_{i,1},a_{i,2},...，a_{i,k_i}表示。对于 a_{i,j}，若 a_{i,j} &gt; 0 则代表进行 a_{i,j} 次第一种移动；若 a_{i,j} &lt; 0 则代表进行 a_{i,j} 次第二种移动。根据给出的序列从左至右完成所有移动后，小 A 所在的结点即是旅行的终点。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给定每次旅行的起点与移动序列，请你求出旅行终点的结点编号。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第一行，两个正整数 n,q，分别表示有根树的结点数量，以及旅行次数。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第二行，n-1 个整数 p_2,p_3,...,p_n，其中 p_i 表示结点 i 的父结点编号。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2q 行中的第 2i-1 行（1 ≤ i  ≤ q ）包含两个正整数 s_i,k_i，分别表示第 i 次旅行的起点编号，以及移动序列的长度。第 2i 行包含 k_i 个整数 a_{i,1},a_{i,2},...,a_{i,k_i}，表示移动序列。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q 行，第 i 行包含一个整数，表示第 i 次旅行终点的结点编号。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说明/提示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子任务编号测试点占比nq∑ k_i特殊性质120%≤q 100≤q 100≤q 1000保证 a_{i,j} 为 1 或 -1220%≤q 10^4≤q 10^4≤q 4 × 10^4仅包含第一种移动320%≤q 10^4≤q 10^4≤q 4 × 10^4仅包含第二种移动440%≤q 10^5≤q 2 × 10^4≤q 10^5-对于所有测试点，保证：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n ≤q 10^5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q ≤q 2 × 10^4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p_i ≤q 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s_i ≤q 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k_i ≥ 1 且 ∑ k_i ≤q 10^5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|a_{i,j}| ≤q 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