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4989: 学习小组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GESP六级25年6月动态规划背包问题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班主任计划将班级里的 n 名同学划分为若干个学习小组，每名同学都需要分入某一个学习小组中。观察发现，如果一个学习小组中恰好包含 k 名同学，则该学习小组的讨论积极度为a_k。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给定讨论积极度 a_1，a_2，...a_n，请你计算将这 n 名同学划分为学习小组的所有可能方案中，讨论积极度之和的最大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n，表示班级人数。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个非负整数 a_1，a_2，...a_n，表示不同人数学习小组的讨论积极度。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输出共一行，一个整数，表示所有划分方案中，学习小组讨论积极度之和的最大值。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1 ≤ 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1000，0 ≤ a_i ≤ 10^{4}。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