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4986: 奖品兑换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GESP五级25年6月二分答案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GESP25年6月五级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班主任给上课专心听讲、认真完成作业的同学们分别发放了若干张课堂优秀券和作业优秀券。同学们可以使用这两种券找班主任兑换奖品。具体来说，可以使用 a 张课堂优秀券和 b 张作业优秀券兑换一份奖品，或者使用 b 张课堂优秀券和 a 张作业优秀券兑换一份奖品。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现在小 A 有 n 张课堂优秀券和 m 张作业优秀券，他最多能兑换多少份奖品呢？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第一行，两个正整数 n，m，分别表示小 A 持有的课堂优秀券和作业优秀券的数量。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第二行，两个正整数 a，b ，表示兑换一份奖品所需的两种券的数量。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输出共一行，一个整数，表示最多能兑换的奖品份数。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1 ≤ a，b ≤ 100，1 ≤ n，m ≤ 500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a，b ≤ 10^{4}，1 ≤ n，m ≤ 10^{9} 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