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4985: 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GESP四级25年6月排序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体育课上有 n 名同学排成一队，从前往后数第 i 位同学的身高为 h_i ，体重为 w_i。目前排成的队伍看起来参差不齐，老师希望同学们能按照身高从高到低的顺序排队，如果身高相同则按照体重从重到轻排序。在调整队伍时，每次只能交换相邻两位同学的位置。老师想知道，最少需要多少次交换操作，才能将队伍调整成目标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，表示队伍人数。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 h_i 和 w_i，分别表示第 i 位同学的身高和体重。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输出一行，一个整数，表示最少需要的交换次数。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3000，0 ≤ h_i, w_i ≤ 10^{9}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