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4981: 分糖果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GESP三级25年6月贪心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位小朋友排成一队等待老师分糖果。第 i 位小朋友想要至少 a_i 颗糖果，并且分给他的糖果数量必须比分给前一位小朋友的糖果数量更多，不然他就会不开心。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老师想知道至少需要准备多少颗糖果才能让所有小朋友都开心。你能帮帮老师吗？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，表示小朋友的人数。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个正整数 a_1，a_2，...，a_n ，依次表示每位小朋友至少需要的糖果数量。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输出一行，一个整数，表示最少需要准备的糖果数量。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1000，1 ≤ a_i ≤ 10^{9}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