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4977: 数三角形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GESP二级25年6月嵌套循环穷举枚举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直角三角形有两条直角边与一条斜边，设两条直角边的长度分别为 a,b ，则直角三角形的面积为 ab/2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请你计算当直角边长 a,b 均取不超过 n 的正整数时，有多少个不同的面积为整数的直角三角形。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直角边长分别为 a,b 和  a',b' 的两个直角三角形相同，当且仅当 a=a',b=b' 或者 a=b',b=a'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n ，表示直角边长的最大值。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输出一行，一个整数，表示不同的直角三角形数量。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