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4975: 值日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GESP一级25年6月循环辗转相除法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小杨和小红是值日生，负责打扫教室。小杨每 m 天值日一次，小红每 n 天值日一次。今天他们两个一起值日，请问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至少多少天后，他们会再次同一天值日？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m，表示小杨的值日周期；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第二行，一个正整数 n，表示小红的值日周期。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一行，一个整数，表示至少多少天后他们会再次同一天值日。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m，n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