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4968: 和为偶数的数对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的数组，输出数组中有多少对 a[i], a[j]（i &lt; j）满足它们的和是偶数。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 a[i]。（1 ≤ a[i]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输出一个整数，表示满足条件的数对数量。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满足条件的数对为 1,3 2,4。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