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4967: 等值数对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输入一个长度为 n 的整数数组 a，找出满足 a[i] = a[j] 且 i &lt; j 的数对数量。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n。（1 ≤ 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个整数，表示数组 a。（1 ≤ a[i] ≤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输出一个整数，表示满足条件的数对数量。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满足条件的数对为第 1 个数和第 4 个数，第 1 个数和第 5 个数，第 4 个数和第 5 个数构成的数对。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