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4945: 正方形的数量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信息素养大赛2024穷举数学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2024年信息素养大赛C++算法创意挑战赛复赛真题（小学组）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在一个神奇的王国里，有一块 n 行 m 列的格子地板。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格子都是一个正方形，里面藏着一个秘密。小男孩阿力得到了一张古老的地图，上面标注了这些格子的谜题和宝藏。每天放学后，阿力都会来到这片地板上解开一个新的谜题。有时是数学问题，有时是历史故事，还有时是自然现象。随着他不断探索，他不仅找到了许多宝藏，还学到了无数知识。最终，阿力成为了村里最聪明的小孩，而那片格子地板也成了他心中永远的冒险乐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阿力想知道格子地板里包含多少个正方形，他需要想出一个高效的办法。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输入只有一行，两个整数 n m，中间用空格隔开，代表格子地板大小为 n 行 m 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n 和 m 均为不超过 100 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输出只有一行，一个整数，代表格子地板里包含多少个正方形。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