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4942: 玫瑰花地的面积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在一个宁静的小镇上，有位园丁想为她的玫瑰花地建围栏。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这片花地是个长方形，长度 10 米，宽度 5 米。但园丁不知道怎么计算玫瑰花地的面积，于是他向小兔子求助。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聪明的小兔子告诉园丁:"要计算长方形的面积，只需将长度乘以宽度。于是，园丁算出玫瑰花地的面积是 50 平方米。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现在园丁又开辟了一块玫瑰花地，形状也是规则的长方形，园丁通过上面的方法计算出玫瑰花地的面积。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一行，两个正整数a, b，中间用空格隔开，分别代表长方形的长和宽。(0 &lt; a,b &lt; 10000)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一行，一个正整数，代表玫瑰花地的面积。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