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4938: 商品降价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BCSP-X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BCSP-X初中组编程能力样卷-T1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为了实现在家里躺着挣钱的梦想，小 A 在某网站开了几家店铺。为了举行开业酬宾活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动，小 A 决定把所有原价为偶数位的商品降价为奇数位，例如，原价 1050 现在只卖 998。可是，店里卖的东西实在太多了，他需要统计一下现在店里有最多多少种商品价格是偶数位的。他把这个问题交给了你。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已知小 A 有 T 家店铺，每家店铺商品价格在某个区间内。具体而言，这个问题可以转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化为：给定整数 T 代表有 T 组样例，每个样例由两个端点 A 和 B 组成，表示需要在区间[A,B]内计算符合以下条件的整数个数：数字的位数为偶数。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例如，在区间[1,100]内，符合条件的整数为 10、11、12......99，共 90 个。它们的数位都是 2 位（2 是个偶数）。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首先是第一行一个整数 T ，代表有 T 组样例。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接着每个样例的一行包含两个正整数 A,B 描述了区间的左右端点。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 T 行,每行一个整数代表答案。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1 10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100 123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20% 的数据保证：T ≤ 10，1 ≤ A = B ≤ 1000000000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30% 的数据保证：T  ≤ 10，1 ≤ A ≤ B ≤ 1000000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80% 的数据保证：T ≤ 10，1 ≤ A ≤ B ≤ 1000000000，B-A ≤ 1000000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100% 的数据保证：T ≤ 10，1 ≤ A ≤ B ≤ 1000000000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