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4926: 幸运数字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 n 位正整数恰好由数字 0, 1, 2, ·s , n - 1 组成，Dr. X 就称它为“幸运数字”，例如：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1023 是一个幸运数字，因为它是一个四位数，且恰好由数字 0, 1, 2, 3 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 不是幸运数字，因为三位幸运数字应该由数字 0, 1, 2 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012 不是幸运数字，因为我们只考虑不含前导零的正整数。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现在，给定两个正整数 a 和 b，请你计算 a, a + 1, a + 2, ·s, b 中幸运数字的数量。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输入两个空格分隔的正整数 a 和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 a, a + 1, a + 2, ·s, b 中幸运数字的数量。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4 和 202 之间，幸运数字有 10, 102, 120, 201。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a ≤ b ≤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