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4925: 金币(coin)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4925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市赛常州2025数论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2025年常州“信息与未来”小学生编程比赛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 n 个人在争夺一枚金币。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所有人排成一队，然后位于第 1,1+k,1+2k,…,1+(⌊n/k⌋−1)k 个的人被淘汰，这里 ⌊n/k⌋ 为 n 除以 k 上取整，上取整操作会将一个小数变成大于或等于它的最小整数，如 ⌊33/5⌋=⌊6.6⌋=7。重复这一操作，直到仅剩一个人。最终剩下的这个人获得这枚金币。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 Y 是所有人中最聪明的。他想知道，要想最终获得金币，一开始他应该站在第几个位置？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一行包含两个正整数 n 和 k，表示总人数以及淘汰时用到的参数。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输出一行一个整数，表示小 Y 应该处于的初始队列中的位置。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样例输入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1919810 114514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样例输出 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1919805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1：n=6，起初，队列 =[1,2,3,4,5,6]，因为 k=2，所以位于第 1,3,5 的人被淘汰，队列 =[2,4,6]，然后位于第 1,3 的人被淘汰，队列 =[4]，只剩下一个人，所以小 Y 一开始应该站在 4 号位置。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对于样例 2：n=8，起初，队列 =[1,2,3,4,5,6,7,8]，因为 k=3，所以位于 1,4,7 的人被淘汰，队列 =[2,3,5,6,8]，然后位于 1,4 的人被淘汰，队列 =[2,5,8]，然后位于 1 的人被淘汰，队列 =[5,8]，然后位于 1 的人被淘汰，队列 =[8]，只剩下一个人，所以小 Y 一开始应该站在 8 号位置。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本题共有 12 个测试点，每个测试点 10 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对于全部测试点：2 ≤ n,k ≤ 10^{12}。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1 ：n=k=2。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对于测试点 2-4 ：n,k ≤ 1000。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对于测试的 5-8 ：k ≤ 1000000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