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4921: 拖拉机(tractor)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4921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市赛常州2025模拟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2025年常州“信息与未来”小学生编程比赛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欢乐谷是企鹅公司开发的一个棋牌类益智游戏平台，玩家第一次进平台时，企鹅公司会发给每个玩家一定数量的欢乐豆，欢乐豆是企鹅公司最基本使用的道具之一，可用来玩平台上的各种游戏，属于一种游戏中的虚拟货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欢乐谷既有围棋、象棋、桥牌等烧脑游戏，也有 80 分升级（俗称拖拉机）这种广受欢迎的雅俗共赏的经典牌类游戏。该游戏由两副牌四个人玩，分为两个阵营：1 号玩家和 3 号玩家为一个阵营，2 号玩家和 4 号玩家则组成另一个阵营。发牌逆时针进行，牌的大小区分简单，主牌大于副牌，主牌中大小王最大。出牌时需按照规则出对子或拖拉机等，尽量出大牌得分。庄家需保住底牌，最后如果被撬底则得分翻番，具体翻几番要看撬底是单张、对子、拖拉机。玩家需注意对手的牌，尽量让对手得分不超过 80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80 分升级有一套复杂的结算规则，首先根据出牌中拖拉机的出现次数、得分情况和撬底番数，得出最终的应胜豆和应输豆，应胜豆等于应输豆。一局开始前四位玩家的欢乐豆数量是已知的，假设 1 号玩家和 3 号玩家取得胜利，应胜豆为 180 欢乐豆，则一局升级下来 1 号玩家和 3 号玩家的欢乐豆都将增加 180 颗，2 号玩家和 4 号玩家的欢乐豆都将减少 180 颗，但实际情况往往不会这么理想，如果 2 号玩家欢乐豆不足 180 颗，则 2 号玩家输光所有欢乐豆，1 号玩家和 3 号玩家平分赢得的欢乐豆，前提是开局前的欢乐豆的数量要不小于赢得的欢乐豆数量。具体的结算规则如下：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假设四位玩家游戏开始前的欢乐豆数量用A、B、C、D表示，应输豆用 E表示，并且胜方为 1 号玩家和 3 号玩家，min 函数为求两数最小值函数，如 min(3,5)=3。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 计算负方理论上的总输豆 F，本条规则中的输豆均为理论上的输豆的简称， F=2 号玩家输豆 +4 号玩家输豆，其中 2 号玩家输豆 =min(B,E)，4 号玩家输豆 =min(D,E)。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 计算胜方最终胜豆，假设F肯定是偶数，则 1 号玩家最终胜豆 =min(A,F/2)，3 号玩家最终胜豆=min(C,F/2)。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 输豆返还，如果 min(A,F/2)+min(C,F/2) &lt; F，则胜方并没有瓜分完负方理论上的总输豆，此时要把胜方分剩下的欢乐豆返还给输方，返还规则为先返还给输方中输得多的一方，直到返还完或两家输方输的欢乐豆同样多，然后将未返还完的欢乐豆平分给两家输方。具体细节见样例 3 的解释。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现在企鹅公司找到你，要你写一个 80 分升级的结算程序。为了简单起见，假设胜方永远是 1 号玩家和 3 号玩家。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输入数据仅有一行包含 5 个用空格隔开的正整数，分别表示A,B,C,D,E，5 个数一定都是 8 的倍数。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输出数据仅有一行包含 4 个正整数，表示一局结束后四家的欢乐豆数量，相邻两数严格用一个空格隔开。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对于样例 1: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四家开始前的欢乐豆数量均大于应输豆，应输为 800，则根据规则 1 和 2 不难算出，胜方每家增加 800 欢乐豆，输方每家减少 800 欢乐豆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对于样例 2：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应输豆 E=4800，则根据规则 1 ： 2 号玩家输豆=min(B,E)=min(4000,4800)=4000，4 号玩家输豆=min(D,E)=min(20000,4800)=4800，总输豆 F=2 号玩家输豆 +4 号玩家输豆 =4000+4800=8800，F/2=4400$；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再根据规则 2 算出，1 号玩家最终胜豆=min(A,F/2)=min(6400,4400)=4400，3 号玩家最终胜豆=min(C,F/2)=min(3600,4800)=3600，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胜方总共赢得 8000 欢乐豆，少于总输豆，此时要把余下的 800 欢乐豆返还输家，根据规则 3：由于 4 号玩家输得多，则先返还给 4 号玩家，恰好把 800 欢乐豆全部返还给 4 号玩家，此时两家输方输得一样多，返还结束，最终1 号玩家欢乐豆增加 4400， 3 号玩家欢乐豆增加 3600 ，两家输方输各输 4000 欢乐豆。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对于样例 3：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应输豆 E=9600，则根据规则 1：2 号玩家输豆=min(B,E)=min(6600,9600)=6600，4 号玩家输豆=min(D,E)=min(9736,9600)=9600，总输豆 F=2 号玩家输豆 +4 号玩家输豆 =6600+9600=16200 ，F/2=8100；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再根据规则 2 算出，1 号玩家最终胜豆=min(A,F/2)=min(20000,8100)=8100，3 号玩家最终胜豆=min(C,F/2)=min(3200,8100)=3200，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胜方总共赢得 11300 欢乐豆，少于总输豆，此时要把余下的 4900 欢乐豆返还输家，根据规则 3 ：由于 4 号玩家输得多，则先返还给 4 号玩家 3000 欢乐豆，此时两家输方输得一样多，还余1900 欢乐豆平均返还给两家输方各 950 欢乐豆，最终 1 号玩家欢乐豆增加 8100 ，3号玩家欢乐豆增加3200，两家输方输各输 5650 欢乐豆。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 10 个测试点，每个测试点 10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对于所有测试点：输入数据均不超过 10^9,且每个数都是 8 的倍数。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1 ：输入的 5 个数相等。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2-4：结算时不会用到规则3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5-7：结算时会用到规则 3，但输豆只会返还一家。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