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4907: 单词的首尾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4907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读入一句仅包含英文大小写字母和空格的字符串。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请输出每个单词的第 1 个字母和最后一个字母，输出时每个单词的第 1 个字母请使用大写输出，每个单词的最后一个字母请使用小写输出。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输入一句英文句子，仅含大小写字母和空格。（句子总长度在 [5, 100] 的范围内）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输出若干行，每行输出一个英文单词的第 1 个字母和最后一个字母，其中第 1 个字母采用大写输出，最后一个字母采用小写输出，两个字母之间空一格。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请注意，如果某单词只有一个字母，那么这个字母既是第 1 个字母，也是最后一个字母。两个单词之间可能有多个空格。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