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4901: 选择题的答案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4901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蓝桥等考分支字符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Lily老师发现课堂上提问选择题时，总是难以分辨到底学生回答的是 B 还是 D ，是 A还 是 C。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她就想了一个办法，让同学们在选择 A 的时候回答说 Apple，选择 B 的时候说 Boy，选择 C 的时候说 Cow ，选择 D 的时候说 Dog 。这样问题就解决了。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请你设计一个程序来实现这种回答选择题的方式。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输入一个字符 ，表示学生回答的选项字母。（包括大小写）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输出一行字符串，根据输入的内容 ，输出对应的单词。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Apple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