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4899: 校车人数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校车司机每天需要统计自己负责线路上的学生人数，他会记录在每一站上车的学生人数，并算出总数。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已知开校车去学校总共要经过三站，每一站只会有学生上车，不会有学生下车。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请你帮忙写个程序，计算当校车到达学校时车上总共有多少学生。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输入共三行，第一行是一个整数，表示第一站上车的学生人数a；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第二行是一个整数，表示第二站上车的学生人数 b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第三行是一个整数，表示第三站上车的学生人数 c。（输入整数在int范围内）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输出仅一行，即校车到达学校时车上的学生总人数(不含校车司机)。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