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4895: 求最大公约数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4895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蓝桥等考循环自定义函数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122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给定两个正整数 m，n，试编写程序计算 m 和 n 的最大公约数。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输入两个正整数  m 和n，，分别表示需要计算最大公约数的两个数，两个数之间用空格隔开(1 ≤ m ≤ n &lt; 1000000000 )。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输出一个正整数，表示  m 和 n 的最大公约数。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4 6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