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4894: 计算糖果数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4894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蓝桥等考基础问题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554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已知小蓝有 n 块糖果，小青的糖果数量是小蓝的 2 倍，请编写程序计算出小青的糖果数。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输入一个正整数 n，表示小蓝拥有的糖果数量。（n &lt; 100）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出一个正整数，表示小青的糖果数量，即小蓝糖果数量的 2 倍。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3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