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4886: 13位ISBN号码的校验码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4886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蓝桥等考字符串模拟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90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/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每一本正式出版的书的封底都有一串号码，如 ISBN 978-7-121-41489-3，它叫做"国际标准书号"（International Standard Book Number，缩写为 ISBN），用来唯一代表一本书。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从 2007 年 1 月 1 日起，国际标准书号升级为 13 位，这 13 位数字可以分为 5 个区（为提高可读性，用连字符“-”将 5个区隔开），从左往右，5 个区的含义依次如下：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（1）EAN号码段，一共包含 3 位数字。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（2）国家、语言或区位代码，长度为 1-5 位，7 表示中国大陆。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（3）出版社代码，长度为 2-7 位，用以识别书籍的出版社。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（4）出版序号，由出版者自行编配，以识别书目或版本。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（5）校验码，一位数字，用以核对书号是否正确。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其中，书号校验码的计算步骤如下：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1、前 12 个数字交替地乘以权数 1 和 3；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2、所有积相加；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3、总和除以 10，得出余数；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4、如果余数为 0，则校验码为 0。否则用 10 减去余数，所得的数字就是校验码。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例如：书号为 978-7-121-41489-3，校验码 3 的计算步骤为：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1、9*1、7*3、8*1、7*3、1*1、2*3、1*1、4*3、1*1、4*3、8*1、9*3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2、9*1+7*3+8*1+7*3+1*1+2*3+1*1+4*3+1*1+4*3+8*1+9*3 = 127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3、127%10 = 7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4、10-7 = 3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请编写程序判断输入的 ISBN 号码中校验码是否正确，如果正确，输出 yes。否则输出 no。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输入一个字符串 s，表示一本书的 ISBN号码。该字符串长度为 13 ，由数字和连字符“-”组成。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根据输入的 ISBN 号码计算其校验码并与给出的校验码进行比较。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如果计算出的校验码与输入的 ISBN 号码中的校验码相匹配，则输出 yes；否则，输出 no。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978-7-121-41489-3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yes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