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4885: 画数字填充直角三角形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4885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蓝桥等考嵌套循环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216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根据输入的正整数 n ，用数字画出如下所述的直角三角形。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行有一个“ 1”，第 2 行有 2 个“ 2 ”…… 第 n 行有 n 个“ n”。每一行的数字左边都没有空格。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 n = 5 时，图案为：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333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4444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55555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输入一个整数 n ，用来生成三角形。(1 ≤ n ≤ 10)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输出数字三角形。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5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333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4444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55555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